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A2621"/>
          <w:sz w:val="44"/>
        </w:rPr>
        <w:t>Agentic Workflow</w:t>
      </w:r>
    </w:p>
    <w:p>
      <w:r>
        <w:rPr>
          <w:i/>
          <w:color w:val="3E6E5E"/>
          <w:sz w:val="22"/>
        </w:rPr>
        <w:t>A template an AI can actually run from — your first agent.</w:t>
      </w:r>
    </w:p>
    <w:p>
      <w:r>
        <w:t>Keep the job small. Read-only and reversible on the first pass.</w:t>
      </w:r>
    </w:p>
    <w:p/>
    <w:p>
      <w:r>
        <w:rPr>
          <w:b/>
          <w:sz w:val="23"/>
        </w:rPr>
        <w:t>01  The job</w:t>
      </w:r>
    </w:p>
    <w:p>
      <w:pPr>
        <w:spacing w:after="240"/>
      </w:pPr>
      <w:r>
        <w:rPr>
          <w:sz w:val="24"/>
        </w:rPr>
        <w:t>One small task: ________. Done looks like: ________.</w:t>
      </w:r>
    </w:p>
    <w:p>
      <w:r>
        <w:rPr>
          <w:b/>
          <w:sz w:val="23"/>
        </w:rPr>
        <w:t>02  The 3-part prompt</w:t>
      </w:r>
    </w:p>
    <w:p>
      <w:pPr>
        <w:spacing w:after="240"/>
      </w:pPr>
      <w:r>
        <w:rPr>
          <w:sz w:val="24"/>
        </w:rPr>
        <w:t>① Context (from your AOS): ________  ② Task: ________  ③ Output shape: ________</w:t>
      </w:r>
    </w:p>
    <w:p>
      <w:r>
        <w:rPr>
          <w:b/>
          <w:sz w:val="23"/>
        </w:rPr>
        <w:t>03  The safety line</w:t>
      </w:r>
    </w:p>
    <w:p>
      <w:pPr>
        <w:spacing w:after="240"/>
      </w:pPr>
      <w:r>
        <w:rPr>
          <w:sz w:val="24"/>
        </w:rPr>
        <w:t>Read-only · local · I approve before anything leaves. You can’t send / delete / publish / pay.</w:t>
      </w:r>
    </w:p>
    <w:p>
      <w:r>
        <w:rPr>
          <w:b/>
          <w:sz w:val="23"/>
        </w:rPr>
        <w:t>04  The review</w:t>
      </w:r>
    </w:p>
    <w:p>
      <w:pPr>
        <w:spacing w:after="240"/>
      </w:pPr>
      <w:r>
        <w:rPr>
          <w:sz w:val="24"/>
        </w:rPr>
        <w:t>Got right: ________.  Missed: ________.  One tweak: ________.</w:t>
      </w:r>
    </w:p>
    <w:p>
      <w:r>
        <w:rPr>
          <w:i/>
          <w:color w:val="3E6E5E"/>
          <w:sz w:val="18"/>
        </w:rPr>
        <w:t>Lesson 12 · I Want AI Help · written with agentic AI help; the judgment is yours. — Attune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