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A2621"/>
          <w:sz w:val="44"/>
        </w:rPr>
        <w:t>AOS Home &amp; Versioning</w:t>
      </w:r>
    </w:p>
    <w:p>
      <w:r>
        <w:rPr>
          <w:i/>
          <w:color w:val="3E6E5E"/>
          <w:sz w:val="22"/>
        </w:rPr>
        <w:t>Give your AOS a home, and date each version so you can see your own growth.</w:t>
      </w:r>
    </w:p>
    <w:p>
      <w:r>
        <w:t>Save it somewhere you’ll find it. Keep the old ones — each version is a ring of growth.</w:t>
      </w:r>
    </w:p>
    <w:p/>
    <w:p>
      <w:r>
        <w:rPr>
          <w:b/>
          <w:sz w:val="23"/>
        </w:rPr>
        <w:t>01  Where it lives</w:t>
      </w:r>
    </w:p>
    <w:p>
      <w:pPr>
        <w:spacing w:after="240"/>
      </w:pPr>
      <w:r>
        <w:rPr>
          <w:sz w:val="24"/>
        </w:rPr>
        <w:t>My AOS home (Drive / Notion / a doc / GitHub): ________</w:t>
      </w:r>
    </w:p>
    <w:p>
      <w:r>
        <w:rPr>
          <w:b/>
          <w:sz w:val="23"/>
        </w:rPr>
        <w:t>02  Backup</w:t>
      </w:r>
    </w:p>
    <w:p>
      <w:pPr>
        <w:spacing w:after="240"/>
      </w:pPr>
      <w:r>
        <w:rPr>
          <w:sz w:val="24"/>
        </w:rPr>
        <w:t>A second home, just in case: ________</w:t>
      </w:r>
    </w:p>
    <w:p>
      <w:r>
        <w:rPr>
          <w:b/>
          <w:sz w:val="23"/>
        </w:rPr>
        <w:t>03  Version log</w:t>
      </w:r>
    </w:p>
    <w:p>
      <w:pPr>
        <w:spacing w:after="240"/>
      </w:pPr>
      <w:r>
        <w:rPr>
          <w:sz w:val="24"/>
        </w:rPr>
        <w:t>v1 ________  ·  v2 ________  ·  v3 ________</w:t>
      </w:r>
    </w:p>
    <w:p>
      <w:r>
        <w:rPr>
          <w:b/>
          <w:sz w:val="23"/>
        </w:rPr>
        <w:t>04  Rhythm</w:t>
      </w:r>
    </w:p>
    <w:p>
      <w:pPr>
        <w:spacing w:after="240"/>
      </w:pPr>
      <w:r>
        <w:rPr>
          <w:sz w:val="24"/>
        </w:rPr>
        <w:t>I’ll revisit it every ________.</w:t>
      </w:r>
    </w:p>
    <w:p>
      <w:r>
        <w:rPr>
          <w:i/>
          <w:color w:val="3E6E5E"/>
          <w:sz w:val="18"/>
        </w:rPr>
        <w:t>Lesson 8 · I Want AI Help · written with agentic AI help; the judgment is yours. — Attune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