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The Attunement Loop</w:t>
      </w:r>
    </w:p>
    <w:p>
      <w:r>
        <w:rPr>
          <w:i/>
          <w:color w:val="3E6E5E"/>
          <w:sz w:val="22"/>
        </w:rPr>
        <w:t>Attuning is a verb: tune in · try · notice · remap. Forever, and ever.</w:t>
      </w:r>
    </w:p>
    <w:p>
      <w:r>
        <w:t>This keeps your system alive — a real, down-to-earth dialogue with your own operating system.</w:t>
      </w:r>
    </w:p>
    <w:p/>
    <w:p>
      <w:r>
        <w:rPr>
          <w:b/>
          <w:sz w:val="23"/>
        </w:rPr>
        <w:t>01  Tune in</w:t>
      </w:r>
    </w:p>
    <w:p>
      <w:pPr>
        <w:spacing w:after="240"/>
      </w:pPr>
      <w:r>
        <w:rPr>
          <w:sz w:val="24"/>
        </w:rPr>
        <w:t>What am I noticing that needs attention? ________</w:t>
      </w:r>
    </w:p>
    <w:p>
      <w:r>
        <w:rPr>
          <w:b/>
          <w:sz w:val="23"/>
        </w:rPr>
        <w:t>02  Try</w:t>
      </w:r>
    </w:p>
    <w:p>
      <w:pPr>
        <w:spacing w:after="240"/>
      </w:pPr>
      <w:r>
        <w:rPr>
          <w:sz w:val="24"/>
        </w:rPr>
        <w:t>What I’ll adjust: ________</w:t>
      </w:r>
    </w:p>
    <w:p>
      <w:r>
        <w:rPr>
          <w:b/>
          <w:sz w:val="23"/>
        </w:rPr>
        <w:t>03  Notice</w:t>
      </w:r>
    </w:p>
    <w:p>
      <w:pPr>
        <w:spacing w:after="240"/>
      </w:pPr>
      <w:r>
        <w:rPr>
          <w:sz w:val="24"/>
        </w:rPr>
        <w:t>What happened: ________</w:t>
      </w:r>
    </w:p>
    <w:p>
      <w:r>
        <w:rPr>
          <w:b/>
          <w:sz w:val="23"/>
        </w:rPr>
        <w:t>04  Remap</w:t>
      </w:r>
    </w:p>
    <w:p>
      <w:pPr>
        <w:spacing w:after="240"/>
      </w:pPr>
      <w:r>
        <w:rPr>
          <w:sz w:val="24"/>
        </w:rPr>
        <w:t>What I’ll keep / change: ________</w:t>
      </w:r>
    </w:p>
    <w:p>
      <w:r>
        <w:rPr>
          <w:i/>
          <w:color w:val="3E6E5E"/>
          <w:sz w:val="18"/>
        </w:rPr>
        <w:t>Lesson 13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