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211D"/>
          <w:sz w:val="44"/>
        </w:rPr>
        <w:t>Values-First Warm-Up</w:t>
      </w:r>
    </w:p>
    <w:p>
      <w:r>
        <w:rPr>
          <w:i/>
          <w:color w:val="2A5C5C"/>
          <w:sz w:val="22"/>
        </w:rPr>
        <w:t>Five prompts to do before you touch a tool. Values come first. (Free.)</w:t>
      </w:r>
    </w:p>
    <w:p>
      <w:r>
        <w:t>These come before any AI. They’re the ground your operating system stands on.</w:t>
      </w:r>
    </w:p>
    <w:p/>
    <w:p>
      <w:pPr>
        <w:spacing w:after="200"/>
      </w:pPr>
      <w:r>
        <w:rPr>
          <w:sz w:val="24"/>
        </w:rPr>
        <w:t>1. What matters most to me in how I work: __________________________________________</w:t>
      </w:r>
    </w:p>
    <w:p>
      <w:pPr>
        <w:spacing w:after="200"/>
      </w:pPr>
      <w:r>
        <w:rPr>
          <w:sz w:val="24"/>
        </w:rPr>
        <w:t>2. What I do that most people in my field don’t: ____________________________________</w:t>
      </w:r>
    </w:p>
    <w:p>
      <w:pPr>
        <w:spacing w:after="200"/>
      </w:pPr>
      <w:r>
        <w:rPr>
          <w:sz w:val="24"/>
        </w:rPr>
        <w:t>3. What I won’t do, even if asked: ________________________________________________</w:t>
      </w:r>
    </w:p>
    <w:p>
      <w:pPr>
        <w:spacing w:after="200"/>
      </w:pPr>
      <w:r>
        <w:rPr>
          <w:sz w:val="24"/>
        </w:rPr>
        <w:t>4. What “going well” looks and feels like: __________________________________________</w:t>
      </w:r>
    </w:p>
    <w:p>
      <w:pPr>
        <w:spacing w:after="200"/>
      </w:pPr>
      <w:r>
        <w:rPr>
          <w:sz w:val="24"/>
        </w:rPr>
        <w:t>5. The one value I most want my AI to protect: ______________________________________</w:t>
      </w:r>
    </w:p>
    <w:p/>
    <w:p>
      <w:r>
        <w:rPr>
          <w:i/>
          <w:color w:val="2A5C5C"/>
          <w:sz w:val="18"/>
        </w:rPr>
        <w:t>Lesson 5 · I Want AI Help · a free DIY takeaway.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